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drawing>
          <wp:anchor distT="0" distB="0" distL="0" distR="0" simplePos="0" relativeHeight="2" behindDoc="0" locked="0" layoutInCell="0" allowOverlap="1">
            <wp:simplePos x="0" y="0"/>
            <wp:positionH relativeFrom="column">
              <wp:posOffset>-243840</wp:posOffset>
            </wp:positionH>
            <wp:positionV relativeFrom="paragraph">
              <wp:posOffset>-264160</wp:posOffset>
            </wp:positionV>
            <wp:extent cx="1158240" cy="115443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158240" cy="1154430"/>
                    </a:xfrm>
                    <a:prstGeom prst="rect">
                      <a:avLst/>
                    </a:prstGeom>
                    <a:noFill/>
                  </pic:spPr>
                </pic:pic>
              </a:graphicData>
            </a:graphic>
          </wp:anchor>
        </w:drawing>
      </w:r>
      <w:r>
        <w:rPr>
          <w:b/>
          <w:sz w:val="32"/>
        </w:rPr>
        <w:t>ΟΡΕΙΒΑΤΙΚΗ ΛΕΣΧΗ ΚΑΛΑΜΠΑΚΑΣ</w:t>
      </w:r>
    </w:p>
    <w:p>
      <w:pPr>
        <w:pStyle w:val="Normal"/>
        <w:jc w:val="center"/>
        <w:rPr/>
      </w:pPr>
      <w:r>
        <w:rPr>
          <w:b/>
        </w:rPr>
        <w:t>(Ο.Λ.Κ.)</w:t>
      </w:r>
    </w:p>
    <w:p>
      <w:pPr>
        <w:pStyle w:val="Normal"/>
        <w:jc w:val="center"/>
        <w:rPr/>
      </w:pPr>
      <w:r>
        <w:rPr>
          <w:b/>
          <w:sz w:val="28"/>
        </w:rPr>
        <w:t>ΑΙΤΗΣΗ ΕΓΓΡΑΦΗΣ ΜΕΛΟΥΣ</w:t>
      </w:r>
    </w:p>
    <w:tbl>
      <w:tblPr>
        <w:tblW w:w="9978" w:type="dxa"/>
        <w:jc w:val="center"/>
        <w:tblInd w:w="0" w:type="dxa"/>
        <w:tblLayout w:type="fixed"/>
        <w:tblCellMar>
          <w:top w:w="0" w:type="dxa"/>
          <w:start w:w="108" w:type="dxa"/>
          <w:bottom w:w="0" w:type="dxa"/>
          <w:end w:w="108" w:type="dxa"/>
        </w:tblCellMar>
        <w:tblLook w:noHBand="0" w:lastColumn="0" w:firstColumn="1" w:lastRow="0" w:firstRow="1" w:noVBand="1" w:val="04a0"/>
      </w:tblPr>
      <w:tblGrid>
        <w:gridCol w:w="7369"/>
        <w:gridCol w:w="2609"/>
      </w:tblGrid>
      <w:tr>
        <w:trPr>
          <w:trHeight w:val="3175" w:hRule="atLeast"/>
        </w:trPr>
        <w:tc>
          <w:tcPr>
            <w:tcW w:w="7369" w:type="dxa"/>
            <w:tcBorders/>
          </w:tcPr>
          <w:p>
            <w:pPr>
              <w:pStyle w:val="Normal"/>
              <w:rPr/>
            </w:pPr>
            <w:r>
              <w:rPr>
                <w:b/>
                <w:sz w:val="22"/>
              </w:rPr>
              <w:t>ΣΤΟΙΧΕΙΑ ΑΙΤΟΥΝΤΟΣ/ΑΙΤΟΥΣΑΣ</w:t>
            </w:r>
          </w:p>
          <w:p>
            <w:pPr>
              <w:pStyle w:val="Normal"/>
              <w:spacing w:before="0" w:after="80"/>
              <w:rPr/>
            </w:pPr>
            <w:r>
              <w:rPr/>
              <w:t>Ονοματεπώνυμο:.....................................................................</w:t>
            </w:r>
          </w:p>
          <w:p>
            <w:pPr>
              <w:pStyle w:val="Normal"/>
              <w:spacing w:before="0" w:after="80"/>
              <w:rPr/>
            </w:pPr>
            <w:r>
              <w:rPr/>
              <w:t>Όνομα πατέρα/μητέρας:...................................................................</w:t>
            </w:r>
          </w:p>
          <w:p>
            <w:pPr>
              <w:pStyle w:val="Normal"/>
              <w:spacing w:before="0" w:after="80"/>
              <w:rPr/>
            </w:pPr>
            <w:r>
              <w:rPr/>
              <w:t>Ημερομηνία γέννησης:.................................…</w:t>
            </w:r>
          </w:p>
          <w:p>
            <w:pPr>
              <w:pStyle w:val="Normal"/>
              <w:spacing w:before="0" w:after="80"/>
              <w:rPr/>
            </w:pPr>
            <w:r>
              <w:rPr/>
              <w:t>Τόπος γέννησης:.................................</w:t>
            </w:r>
          </w:p>
          <w:p>
            <w:pPr>
              <w:pStyle w:val="Normal"/>
              <w:spacing w:before="0" w:after="80"/>
              <w:rPr/>
            </w:pPr>
            <w:r>
              <w:rPr/>
              <w:t>Αριθμός Δελτίου Ταυτότητας:...........................................................</w:t>
            </w:r>
          </w:p>
          <w:p>
            <w:pPr>
              <w:pStyle w:val="Normal"/>
              <w:spacing w:before="0" w:after="80"/>
              <w:rPr/>
            </w:pPr>
            <w:r>
              <w:rPr/>
              <w:t>Διεύθυνση κατοικίας:..........................................................................</w:t>
            </w:r>
          </w:p>
          <w:p>
            <w:pPr>
              <w:pStyle w:val="Normal"/>
              <w:spacing w:before="0" w:after="80"/>
              <w:rPr/>
            </w:pPr>
            <w:r>
              <w:rPr/>
              <w:t>Πόλη /Τ.Κ.:................................................................................…</w:t>
            </w:r>
          </w:p>
          <w:p>
            <w:pPr>
              <w:pStyle w:val="Normal"/>
              <w:spacing w:before="0" w:after="80"/>
              <w:rPr/>
            </w:pPr>
            <w:r>
              <w:rPr/>
              <w:t>Τηλ:……………………………………..</w:t>
            </w:r>
          </w:p>
          <w:p>
            <w:pPr>
              <w:pStyle w:val="Normal"/>
              <w:spacing w:before="57" w:after="137"/>
              <w:rPr/>
            </w:pPr>
            <w:r>
              <w:rPr/>
              <w:t>Email:............................................…….</w:t>
            </w:r>
          </w:p>
        </w:tc>
        <w:tc>
          <w:tcPr>
            <w:tcW w:w="2609" w:type="dxa"/>
            <w:tcBorders>
              <w:top w:val="single" w:sz="8" w:space="0" w:color="808080"/>
              <w:start w:val="single" w:sz="8" w:space="0" w:color="808080"/>
              <w:bottom w:val="single" w:sz="8" w:space="0" w:color="808080"/>
              <w:end w:val="single" w:sz="8" w:space="0" w:color="808080"/>
            </w:tcBorders>
            <w:vAlign w:val="center"/>
          </w:tcPr>
          <w:p>
            <w:pPr>
              <w:pStyle w:val="Normal"/>
              <w:spacing w:before="0" w:after="200"/>
              <w:jc w:val="center"/>
              <w:rPr/>
            </w:pPr>
            <w:r>
              <w:rPr>
                <w:b/>
              </w:rPr>
              <w:t>ΦΩΤΟΓΡΑΦΙΑ</w:t>
              <w:br/>
              <w:br/>
              <w:t>3,5 × 4,5 cm</w:t>
            </w:r>
          </w:p>
        </w:tc>
      </w:tr>
    </w:tbl>
    <w:p>
      <w:pPr>
        <w:pStyle w:val="Normal"/>
        <w:rPr/>
      </w:pPr>
      <w:r>
        <w:rPr>
          <w:b/>
          <w:sz w:val="22"/>
        </w:rPr>
        <w:t>ΕΝΔΙΑΦΕΡΟΝΤΑ / ΔΡΑΣΤΗΡΙΟΤΗΤΕΣ</w:t>
      </w:r>
    </w:p>
    <w:p>
      <w:pPr>
        <w:pStyle w:val="Normal"/>
        <w:rPr/>
      </w:pPr>
      <w:r>
        <w:rPr/>
        <w:t>Παρακαλώ σημειώστε τις δραστηριότητες που σας ενδιαφέρουν:</w:t>
      </w:r>
    </w:p>
    <w:p>
      <w:pPr>
        <w:pStyle w:val="Normal"/>
        <w:spacing w:before="0" w:after="20"/>
        <w:ind w:start="283"/>
        <w:rPr/>
      </w:pPr>
      <w:r>
        <w:rPr/>
        <w:t xml:space="preserve">☐ </w:t>
      </w:r>
      <w:r>
        <w:rPr/>
        <w:t>Ορειβασία / Πεζοπορία</w:t>
      </w:r>
    </w:p>
    <w:p>
      <w:pPr>
        <w:pStyle w:val="Normal"/>
        <w:spacing w:before="0" w:after="20"/>
        <w:ind w:start="283"/>
        <w:rPr/>
      </w:pPr>
      <w:r>
        <w:rPr/>
        <w:t xml:space="preserve">☐ </w:t>
      </w:r>
      <w:r>
        <w:rPr/>
        <w:t>Αναρρίχηση</w:t>
      </w:r>
    </w:p>
    <w:p>
      <w:pPr>
        <w:pStyle w:val="Normal"/>
        <w:spacing w:before="0" w:after="20"/>
        <w:ind w:start="283"/>
        <w:rPr/>
      </w:pPr>
      <w:r>
        <w:rPr/>
      </w:r>
    </w:p>
    <w:p>
      <w:pPr>
        <w:pStyle w:val="Normal"/>
        <w:rPr/>
      </w:pPr>
      <w:r>
        <w:rPr>
          <w:b/>
          <w:sz w:val="22"/>
        </w:rPr>
        <w:t>ΔΗΛΩΣΗ</w:t>
      </w:r>
    </w:p>
    <w:p>
      <w:pPr>
        <w:pStyle w:val="Normal"/>
        <w:rPr/>
      </w:pPr>
      <w:r>
        <w:rPr/>
        <w:t>Με την παρούσα αίτηση ζητώ την εγγραφή μου ως μέλος της Ορειβατικής Λέσχης Καλαμπάκας (Ο.Λ.Κ.). Δηλώνω ότι τα στοιχεία που αναγράφονται στην παρούσα αίτηση είναι αληθή και αποδέχομαι το Καταστατικό και τους κανονισμούς της Λέσχης, καθώς και τις αποφάσεις των αρμόδιων οργάνων της.</w:t>
      </w:r>
    </w:p>
    <w:p>
      <w:pPr>
        <w:pStyle w:val="Normal"/>
        <w:rPr/>
      </w:pPr>
      <w:r>
        <w:rPr/>
        <w:t>Δηλώνω επίσης ότι επιθυμώ να συμμετέχω στις δραστηριότητες και τις δράσεις της Ορειβατικής Λέσχης Καλαμπάκας, σύμφωνα με τους ισχύοντες κανόνες.</w:t>
      </w:r>
    </w:p>
    <w:p>
      <w:pPr>
        <w:pStyle w:val="Normal"/>
        <w:rPr/>
      </w:pPr>
      <w:r>
        <w:rPr>
          <w:b/>
          <w:sz w:val="22"/>
        </w:rPr>
        <w:t>ΠΡΟΣΤΑΣΙΑ ΠΡΟΣΩΠΙΚΩΝ ΔΕΔΟΜΕΝΩΝ</w:t>
      </w:r>
    </w:p>
    <w:p>
      <w:pPr>
        <w:pStyle w:val="Normal"/>
        <w:rPr/>
      </w:pPr>
      <w:r>
        <w:rPr/>
        <w:t>Συναινώ στην τήρηση και επεξεργασία των προσωπικών δεδομένων που περιλαμβάνονται στην παρούσα αίτηση από την Ορειβατική Λέσχη Καλαμπάκας, για τους σκοπούς της εγγραφής, της επικοινωνίας με τα μέλη και της οργάνωσης των δραστηριοτήτων της Λέσχης, σύμφωνα με την ισχύουσα νομοθεσία.</w:t>
      </w:r>
    </w:p>
    <w:p>
      <w:pPr>
        <w:pStyle w:val="Normal"/>
        <w:rPr/>
      </w:pPr>
      <w:r>
        <w:rPr/>
        <w:t xml:space="preserve">☐ </w:t>
      </w:r>
      <w:r>
        <w:rPr/>
        <w:t>Συμφωνώ</w:t>
      </w:r>
    </w:p>
    <w:tbl>
      <w:tblPr>
        <w:tblW w:w="9070" w:type="dxa"/>
        <w:jc w:val="center"/>
        <w:tblInd w:w="0" w:type="dxa"/>
        <w:tblLayout w:type="fixed"/>
        <w:tblCellMar>
          <w:top w:w="0" w:type="dxa"/>
          <w:start w:w="108" w:type="dxa"/>
          <w:bottom w:w="0" w:type="dxa"/>
          <w:end w:w="108" w:type="dxa"/>
        </w:tblCellMar>
        <w:tblLook w:noHBand="0" w:lastColumn="0" w:firstColumn="1" w:lastRow="0" w:firstRow="1" w:noVBand="1" w:val="04a0"/>
      </w:tblPr>
      <w:tblGrid>
        <w:gridCol w:w="4535"/>
        <w:gridCol w:w="4535"/>
      </w:tblGrid>
      <w:tr>
        <w:trPr/>
        <w:tc>
          <w:tcPr>
            <w:tcW w:w="4535" w:type="dxa"/>
            <w:tcBorders/>
          </w:tcPr>
          <w:p>
            <w:pPr>
              <w:pStyle w:val="Normal"/>
              <w:spacing w:before="0" w:after="200"/>
              <w:jc w:val="center"/>
              <w:rPr/>
            </w:pPr>
            <w:r>
              <w:rPr/>
              <w:t>Τόπος:................................................</w:t>
            </w:r>
          </w:p>
        </w:tc>
        <w:tc>
          <w:tcPr>
            <w:tcW w:w="4535" w:type="dxa"/>
            <w:tcBorders/>
          </w:tcPr>
          <w:p>
            <w:pPr>
              <w:pStyle w:val="Normal"/>
              <w:spacing w:before="0" w:after="200"/>
              <w:jc w:val="center"/>
              <w:rPr/>
            </w:pPr>
            <w:r>
              <w:rPr/>
              <w:t>Ημερομηνία:........ /......... /..............</w:t>
            </w:r>
          </w:p>
        </w:tc>
      </w:tr>
      <w:tr>
        <w:trPr/>
        <w:tc>
          <w:tcPr>
            <w:tcW w:w="9070" w:type="dxa"/>
            <w:gridSpan w:val="2"/>
            <w:tcBorders/>
          </w:tcPr>
          <w:p>
            <w:pPr>
              <w:pStyle w:val="Normal"/>
              <w:spacing w:before="0" w:after="200"/>
              <w:jc w:val="center"/>
              <w:rPr/>
            </w:pPr>
            <w:r>
              <w:rPr/>
              <w:br/>
              <w:t>Ο/Η Αιτών/Αιτούσα</w:t>
              <w:br/>
              <w:br/>
              <w:t>.......................................................</w:t>
            </w:r>
          </w:p>
        </w:tc>
      </w:tr>
      <w:tr>
        <w:trPr/>
        <w:tc>
          <w:tcPr>
            <w:tcW w:w="4535" w:type="dxa"/>
            <w:tcBorders/>
          </w:tcPr>
          <w:p>
            <w:pPr>
              <w:pStyle w:val="Normal"/>
              <w:spacing w:before="0" w:after="200"/>
              <w:jc w:val="center"/>
              <w:rPr/>
            </w:pPr>
            <w:r>
              <w:rPr/>
            </w:r>
          </w:p>
        </w:tc>
        <w:tc>
          <w:tcPr>
            <w:tcW w:w="4535" w:type="dxa"/>
            <w:tcBorders/>
          </w:tcPr>
          <w:p>
            <w:pPr>
              <w:pStyle w:val="Normal"/>
              <w:spacing w:before="0" w:after="200"/>
              <w:jc w:val="center"/>
              <w:rPr/>
            </w:pPr>
            <w:r>
              <w:rPr/>
            </w:r>
          </w:p>
        </w:tc>
      </w:tr>
    </w:tbl>
    <w:p>
      <w:pPr>
        <w:pStyle w:val="Normal"/>
        <w:spacing w:before="0" w:after="200"/>
        <w:jc w:val="center"/>
        <w:rPr>
          <w:b/>
          <w:sz w:val="18"/>
        </w:rPr>
      </w:pPr>
      <w:r>
        <w:rPr>
          <w:b/>
          <w:sz w:val="18"/>
        </w:rPr>
      </w:r>
    </w:p>
    <w:sectPr>
      <w:type w:val="nextPage"/>
      <w:pgSz w:w="12240" w:h="15840"/>
      <w:pgMar w:left="964" w:right="964" w:gutter="0" w:header="0" w:top="794" w:footer="0" w:bottom="79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Arial">
    <w:charset w:val="01" w:characterSet="utf-8"/>
    <w:family w:val="swiss"/>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Arial" w:hAnsi="Arial" w:eastAsia="" w:cs="" w:cstheme="minorBidi" w:eastAsiaTheme="minorEastAsia"/>
      <w:color w:val="auto"/>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LibreOffice/26.2.5.2$MacOSX_AARCH64 LibreOffice_project/cd7284b4cbbfeb507e630c1aac019f4157393acb</Application>
  <AppVersion>15.0000</AppVersion>
  <Pages>1</Pages>
  <Words>162</Words>
  <Characters>1617</Characters>
  <CharactersWithSpaces>1755</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2026-09-24T13:15:29Z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